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17C76" w14:textId="7980B297" w:rsidR="00227932" w:rsidRPr="00180A3E" w:rsidRDefault="00227932" w:rsidP="001B49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0915" w:type="dxa"/>
        <w:tblInd w:w="-1026" w:type="dxa"/>
        <w:tblLook w:val="04A0" w:firstRow="1" w:lastRow="0" w:firstColumn="1" w:lastColumn="0" w:noHBand="0" w:noVBand="1"/>
      </w:tblPr>
      <w:tblGrid>
        <w:gridCol w:w="3969"/>
        <w:gridCol w:w="6946"/>
      </w:tblGrid>
      <w:tr w:rsidR="00180A3E" w:rsidRPr="00180A3E" w14:paraId="12147CCA" w14:textId="77777777" w:rsidTr="000916C5">
        <w:trPr>
          <w:trHeight w:val="676"/>
        </w:trPr>
        <w:tc>
          <w:tcPr>
            <w:tcW w:w="3969" w:type="dxa"/>
            <w:vAlign w:val="center"/>
          </w:tcPr>
          <w:p w14:paraId="25709588" w14:textId="6641334A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nın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Başlığı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6B255400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58356C8A" w14:textId="77777777" w:rsidTr="000916C5">
        <w:trPr>
          <w:trHeight w:val="692"/>
        </w:trPr>
        <w:tc>
          <w:tcPr>
            <w:tcW w:w="3969" w:type="dxa"/>
            <w:vAlign w:val="center"/>
          </w:tcPr>
          <w:p w14:paraId="3703FD5E" w14:textId="6E597D0A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Araştırmacı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Adı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Soyadı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2F1BCA87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6C5" w:rsidRPr="00180A3E" w14:paraId="1CC09CF4" w14:textId="77777777" w:rsidTr="000916C5">
        <w:trPr>
          <w:trHeight w:val="692"/>
        </w:trPr>
        <w:tc>
          <w:tcPr>
            <w:tcW w:w="3969" w:type="dxa"/>
            <w:vAlign w:val="center"/>
          </w:tcPr>
          <w:p w14:paraId="7AFD0C98" w14:textId="685B2412" w:rsidR="000916C5" w:rsidRPr="00180A3E" w:rsidRDefault="000916C5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Araştırmacı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nın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iletişim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bilgileri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6946" w:type="dxa"/>
          </w:tcPr>
          <w:p w14:paraId="58D9207F" w14:textId="77777777" w:rsidR="000916C5" w:rsidRPr="00180A3E" w:rsidRDefault="000916C5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213BE209" w14:textId="77777777" w:rsidTr="000916C5">
        <w:trPr>
          <w:trHeight w:val="676"/>
        </w:trPr>
        <w:tc>
          <w:tcPr>
            <w:tcW w:w="3969" w:type="dxa"/>
            <w:vAlign w:val="center"/>
          </w:tcPr>
          <w:p w14:paraId="1491DFA0" w14:textId="7A1EDCB2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Araştırmanın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Uygulandığı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Birim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ler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3B3CA969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3BDDAF00" w14:textId="77777777" w:rsidTr="000916C5">
        <w:trPr>
          <w:trHeight w:val="692"/>
        </w:trPr>
        <w:tc>
          <w:tcPr>
            <w:tcW w:w="3969" w:type="dxa"/>
            <w:vAlign w:val="center"/>
          </w:tcPr>
          <w:p w14:paraId="115B324A" w14:textId="0D058071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Onay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Tarihi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No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72A4EB24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2FCFC150" w14:textId="77777777" w:rsidTr="000916C5">
        <w:trPr>
          <w:trHeight w:val="676"/>
        </w:trPr>
        <w:tc>
          <w:tcPr>
            <w:tcW w:w="3969" w:type="dxa"/>
            <w:vAlign w:val="center"/>
          </w:tcPr>
          <w:p w14:paraId="428F74A2" w14:textId="271D388F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Kurum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İzin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Tarihi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147A3855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4ABECA51" w14:textId="77777777" w:rsidTr="000916C5">
        <w:trPr>
          <w:trHeight w:val="676"/>
        </w:trPr>
        <w:tc>
          <w:tcPr>
            <w:tcW w:w="3969" w:type="dxa"/>
            <w:vAlign w:val="center"/>
          </w:tcPr>
          <w:p w14:paraId="5037E8E3" w14:textId="270F80B2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Süresi (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Başlangıç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Bitiş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0BEE299B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138FFA9E" w14:textId="77777777" w:rsidTr="000916C5">
        <w:trPr>
          <w:trHeight w:val="692"/>
        </w:trPr>
        <w:tc>
          <w:tcPr>
            <w:tcW w:w="3969" w:type="dxa"/>
            <w:vAlign w:val="center"/>
          </w:tcPr>
          <w:p w14:paraId="1464694F" w14:textId="6B82E929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nın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Sonu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>ç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Özeti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46" w:type="dxa"/>
          </w:tcPr>
          <w:p w14:paraId="6B28B40B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3E" w:rsidRPr="00180A3E" w14:paraId="4C438650" w14:textId="77777777" w:rsidTr="000916C5">
        <w:trPr>
          <w:trHeight w:val="676"/>
        </w:trPr>
        <w:tc>
          <w:tcPr>
            <w:tcW w:w="3969" w:type="dxa"/>
            <w:vAlign w:val="center"/>
          </w:tcPr>
          <w:p w14:paraId="158E332D" w14:textId="09F9882F" w:rsidR="00227932" w:rsidRPr="00180A3E" w:rsidRDefault="00000000" w:rsidP="006438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Yayın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Bilgisi (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varsa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makale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proofErr w:type="spellEnd"/>
            <w:r w:rsidRPr="00180A3E">
              <w:rPr>
                <w:rFonts w:ascii="Times New Roman" w:hAnsi="Times New Roman" w:cs="Times New Roman"/>
                <w:sz w:val="24"/>
                <w:szCs w:val="24"/>
              </w:rPr>
              <w:t xml:space="preserve"> vb.)</w:t>
            </w:r>
            <w:r w:rsidR="00DD3AEC">
              <w:rPr>
                <w:rFonts w:ascii="Times New Roman" w:hAnsi="Times New Roman" w:cs="Times New Roman"/>
                <w:sz w:val="24"/>
                <w:szCs w:val="24"/>
              </w:rPr>
              <w:t xml:space="preserve"> (Ek </w:t>
            </w:r>
            <w:proofErr w:type="spellStart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belge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olarak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sunulmalıdır</w:t>
            </w:r>
            <w:proofErr w:type="spellEnd"/>
            <w:r w:rsidR="00DD3A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46" w:type="dxa"/>
          </w:tcPr>
          <w:p w14:paraId="0B4E0C88" w14:textId="77777777" w:rsidR="00227932" w:rsidRPr="00180A3E" w:rsidRDefault="00227932" w:rsidP="001B49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BB5E4B" w14:textId="0E4A020D" w:rsidR="00180A3E" w:rsidRPr="000C4C8F" w:rsidRDefault="00DD3AEC" w:rsidP="00DD3AEC">
      <w:pPr>
        <w:spacing w:after="0" w:line="360" w:lineRule="auto"/>
        <w:ind w:left="-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rapor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raştırma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tamamlandıktan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sonra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Eğitim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ve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ARGE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Birimi’ne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teslim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edilmelidir</w:t>
      </w:r>
      <w:proofErr w:type="spellEnd"/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C4C8F" w:rsidRPr="000C4C8F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1730EF89" w14:textId="77777777" w:rsidR="00180A3E" w:rsidRDefault="00180A3E" w:rsidP="001B49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679CF6" w14:textId="77777777" w:rsidR="00180A3E" w:rsidRDefault="00180A3E" w:rsidP="001B49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0BEE42" w14:textId="4B620BB3" w:rsidR="001B495C" w:rsidRPr="00180A3E" w:rsidRDefault="00000000" w:rsidP="001B49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80A3E">
        <w:rPr>
          <w:rFonts w:ascii="Times New Roman" w:hAnsi="Times New Roman" w:cs="Times New Roman"/>
          <w:sz w:val="24"/>
          <w:szCs w:val="24"/>
        </w:rPr>
        <w:t>Araştırmacı</w:t>
      </w:r>
      <w:proofErr w:type="spellEnd"/>
      <w:r w:rsidRPr="00180A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AAB4F1" w14:textId="77777777" w:rsidR="001B495C" w:rsidRPr="00180A3E" w:rsidRDefault="00000000" w:rsidP="001B49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A3E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Pr="00180A3E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Pr="00180A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BF00BD" w14:textId="0FC02DD3" w:rsidR="00227932" w:rsidRPr="00180A3E" w:rsidRDefault="00000000" w:rsidP="001B49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80A3E">
        <w:rPr>
          <w:rFonts w:ascii="Times New Roman" w:hAnsi="Times New Roman" w:cs="Times New Roman"/>
          <w:sz w:val="24"/>
          <w:szCs w:val="24"/>
        </w:rPr>
        <w:t>İmza</w:t>
      </w:r>
      <w:proofErr w:type="spellEnd"/>
    </w:p>
    <w:sectPr w:rsidR="00227932" w:rsidRPr="00180A3E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CB43E" w14:textId="77777777" w:rsidR="000A2930" w:rsidRDefault="000A2930" w:rsidP="00DD3AEC">
      <w:pPr>
        <w:spacing w:after="0" w:line="240" w:lineRule="auto"/>
      </w:pPr>
      <w:r>
        <w:separator/>
      </w:r>
    </w:p>
  </w:endnote>
  <w:endnote w:type="continuationSeparator" w:id="0">
    <w:p w14:paraId="647C7D7C" w14:textId="77777777" w:rsidR="000A2930" w:rsidRDefault="000A2930" w:rsidP="00DD3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7515B" w14:textId="77777777" w:rsidR="000A2930" w:rsidRDefault="000A2930" w:rsidP="00DD3AEC">
      <w:pPr>
        <w:spacing w:after="0" w:line="240" w:lineRule="auto"/>
      </w:pPr>
      <w:r>
        <w:separator/>
      </w:r>
    </w:p>
  </w:footnote>
  <w:footnote w:type="continuationSeparator" w:id="0">
    <w:p w14:paraId="602FCB0C" w14:textId="77777777" w:rsidR="000A2930" w:rsidRDefault="000A2930" w:rsidP="00DD3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28" w:type="dxa"/>
      <w:tblInd w:w="-1085" w:type="dxa"/>
      <w:tblBorders>
        <w:top w:val="thinThickSmallGap" w:sz="18" w:space="0" w:color="auto"/>
        <w:left w:val="thinThickSmallGap" w:sz="18" w:space="0" w:color="auto"/>
        <w:bottom w:val="thinThickSmallGap" w:sz="18" w:space="0" w:color="auto"/>
        <w:right w:val="thinThickSmallGap" w:sz="18" w:space="0" w:color="auto"/>
        <w:insideH w:val="thinThickSmallGap" w:sz="18" w:space="0" w:color="auto"/>
        <w:insideV w:val="thinThickSmallGap" w:sz="18" w:space="0" w:color="auto"/>
      </w:tblBorders>
      <w:tblLayout w:type="fixed"/>
      <w:tblLook w:val="01E0" w:firstRow="1" w:lastRow="1" w:firstColumn="1" w:lastColumn="1" w:noHBand="0" w:noVBand="0"/>
    </w:tblPr>
    <w:tblGrid>
      <w:gridCol w:w="1117"/>
      <w:gridCol w:w="1674"/>
      <w:gridCol w:w="1394"/>
      <w:gridCol w:w="1116"/>
      <w:gridCol w:w="1396"/>
      <w:gridCol w:w="1116"/>
      <w:gridCol w:w="1255"/>
      <w:gridCol w:w="1960"/>
    </w:tblGrid>
    <w:tr w:rsidR="00DD3AEC" w:rsidRPr="00DD3AEC" w14:paraId="21491C24" w14:textId="77777777" w:rsidTr="00DD3AEC">
      <w:trPr>
        <w:trHeight w:val="780"/>
      </w:trPr>
      <w:tc>
        <w:tcPr>
          <w:tcW w:w="1117" w:type="dxa"/>
          <w:shd w:val="clear" w:color="auto" w:fill="auto"/>
          <w:vAlign w:val="center"/>
        </w:tcPr>
        <w:p w14:paraId="4A8CF383" w14:textId="37674542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4"/>
              <w:lang w:val="tr-TR"/>
            </w:rPr>
          </w:pPr>
          <w:r w:rsidRPr="00DD3AEC">
            <w:rPr>
              <w:rFonts w:ascii="Century Gothic" w:eastAsia="Times New Roman" w:hAnsi="Century Gothic" w:cs="Times New Roman"/>
              <w:noProof/>
              <w:sz w:val="24"/>
              <w:lang w:val="tr-TR"/>
            </w:rPr>
            <w:drawing>
              <wp:inline distT="0" distB="0" distL="0" distR="0" wp14:anchorId="5B7FA294" wp14:editId="0FD8D7E3">
                <wp:extent cx="583565" cy="525145"/>
                <wp:effectExtent l="0" t="0" r="6985" b="8255"/>
                <wp:docPr id="1340318149" name="Resim 1" descr="metin, logo, yazı tipi, amblem içeren bir resim&#10;&#10;Yapay zeka tarafından oluşturulan içerik yanlış olabilir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0318149" name="Resim 1" descr="metin, logo, yazı tipi, amblem içeren bir resim&#10;&#10;Yapay zeka tarafından oluşturulan içerik yanlış olabilir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11" w:type="dxa"/>
          <w:gridSpan w:val="7"/>
          <w:shd w:val="clear" w:color="auto" w:fill="auto"/>
          <w:vAlign w:val="center"/>
        </w:tcPr>
        <w:p w14:paraId="1C66CA13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T.C.</w:t>
          </w:r>
        </w:p>
        <w:p w14:paraId="2E62FA71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 xml:space="preserve">SÜLEYMAN DEMİREL ÜNİVERSİTESİ </w:t>
          </w:r>
        </w:p>
        <w:p w14:paraId="262E9C17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ARAŞTIRMA VE UYGULAMA HASTANESİ</w:t>
          </w:r>
        </w:p>
        <w:p w14:paraId="6526EC6E" w14:textId="2563E7C1" w:rsidR="00DD3AEC" w:rsidRPr="00DD3AEC" w:rsidRDefault="00DD3AEC" w:rsidP="00DD3AEC">
          <w:pPr>
            <w:keepNext/>
            <w:keepLines/>
            <w:spacing w:after="0" w:line="360" w:lineRule="auto"/>
            <w:jc w:val="center"/>
            <w:outlineLvl w:val="0"/>
            <w:rPr>
              <w:rFonts w:ascii="Cambria" w:eastAsia="Calibri" w:hAnsi="Cambria" w:cs="Times New Roman"/>
              <w:b/>
              <w:bCs/>
              <w:color w:val="4F81BD"/>
              <w:sz w:val="28"/>
              <w:szCs w:val="28"/>
              <w:lang w:val="tr-TR"/>
            </w:rPr>
          </w:pPr>
          <w:r w:rsidRPr="00DD3AEC">
            <w:rPr>
              <w:rFonts w:ascii="Times New Roman" w:eastAsia="Calibri" w:hAnsi="Times New Roman" w:cs="Times New Roman"/>
              <w:b/>
              <w:bCs/>
              <w:sz w:val="24"/>
              <w:szCs w:val="24"/>
              <w:lang w:val="tr-TR"/>
            </w:rPr>
            <w:t xml:space="preserve">BİLİMSEL ARAŞTIRMALAR </w:t>
          </w:r>
          <w:r w:rsidRPr="00DD3AEC">
            <w:rPr>
              <w:rFonts w:ascii="Times New Roman" w:hAnsi="Times New Roman" w:cs="Times New Roman"/>
              <w:b/>
              <w:bCs/>
              <w:sz w:val="24"/>
              <w:szCs w:val="24"/>
            </w:rPr>
            <w:t>SONUÇ BİLDİRİM RAPORU</w:t>
          </w:r>
        </w:p>
      </w:tc>
    </w:tr>
    <w:tr w:rsidR="00DD3AEC" w:rsidRPr="00DD3AEC" w14:paraId="6868F761" w14:textId="77777777" w:rsidTr="00DD3AEC">
      <w:trPr>
        <w:trHeight w:val="260"/>
      </w:trPr>
      <w:tc>
        <w:tcPr>
          <w:tcW w:w="1117" w:type="dxa"/>
          <w:shd w:val="clear" w:color="auto" w:fill="auto"/>
          <w:vAlign w:val="center"/>
        </w:tcPr>
        <w:p w14:paraId="0CC9654D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KOD</w:t>
          </w:r>
        </w:p>
      </w:tc>
      <w:tc>
        <w:tcPr>
          <w:tcW w:w="1674" w:type="dxa"/>
          <w:shd w:val="clear" w:color="auto" w:fill="auto"/>
          <w:vAlign w:val="center"/>
        </w:tcPr>
        <w:p w14:paraId="253FF4BF" w14:textId="0B6CDD59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HHD.09.</w:t>
          </w:r>
          <w:r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FR</w:t>
          </w: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.0</w:t>
          </w:r>
          <w:r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4</w:t>
          </w:r>
        </w:p>
      </w:tc>
      <w:tc>
        <w:tcPr>
          <w:tcW w:w="1394" w:type="dxa"/>
          <w:shd w:val="clear" w:color="auto" w:fill="auto"/>
          <w:vAlign w:val="center"/>
        </w:tcPr>
        <w:p w14:paraId="219CF897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 xml:space="preserve">    YAY.TAR.</w:t>
          </w:r>
        </w:p>
      </w:tc>
      <w:tc>
        <w:tcPr>
          <w:tcW w:w="1116" w:type="dxa"/>
          <w:shd w:val="clear" w:color="auto" w:fill="auto"/>
          <w:vAlign w:val="center"/>
        </w:tcPr>
        <w:p w14:paraId="1DF96AFC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02.06.2025</w:t>
          </w:r>
        </w:p>
      </w:tc>
      <w:tc>
        <w:tcPr>
          <w:tcW w:w="1396" w:type="dxa"/>
          <w:shd w:val="clear" w:color="auto" w:fill="auto"/>
          <w:vAlign w:val="center"/>
        </w:tcPr>
        <w:p w14:paraId="048A0CE2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REV.TAR.</w:t>
          </w:r>
        </w:p>
      </w:tc>
      <w:tc>
        <w:tcPr>
          <w:tcW w:w="1116" w:type="dxa"/>
          <w:shd w:val="clear" w:color="auto" w:fill="auto"/>
          <w:vAlign w:val="center"/>
        </w:tcPr>
        <w:p w14:paraId="3F1CEA95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</w:p>
      </w:tc>
      <w:tc>
        <w:tcPr>
          <w:tcW w:w="1255" w:type="dxa"/>
          <w:shd w:val="clear" w:color="auto" w:fill="auto"/>
        </w:tcPr>
        <w:p w14:paraId="53601D9C" w14:textId="77777777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REV.NO:00</w:t>
          </w:r>
        </w:p>
      </w:tc>
      <w:tc>
        <w:tcPr>
          <w:tcW w:w="1957" w:type="dxa"/>
          <w:shd w:val="clear" w:color="auto" w:fill="auto"/>
        </w:tcPr>
        <w:p w14:paraId="295CCE74" w14:textId="0D76CB68" w:rsidR="00DD3AEC" w:rsidRPr="00DD3AEC" w:rsidRDefault="00DD3AEC" w:rsidP="00DD3AEC">
          <w:pPr>
            <w:tabs>
              <w:tab w:val="center" w:pos="4536"/>
              <w:tab w:val="right" w:pos="9072"/>
            </w:tabs>
            <w:spacing w:after="0" w:line="360" w:lineRule="auto"/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</w:pPr>
          <w:r w:rsidRPr="00DD3AEC"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 xml:space="preserve">  SAYFA SAYISI: </w:t>
          </w:r>
          <w:r>
            <w:rPr>
              <w:rFonts w:ascii="Times New Roman" w:eastAsia="Times New Roman" w:hAnsi="Times New Roman" w:cs="Times New Roman"/>
              <w:b/>
              <w:sz w:val="18"/>
              <w:szCs w:val="18"/>
              <w:lang w:val="tr-TR"/>
            </w:rPr>
            <w:t>1</w:t>
          </w:r>
        </w:p>
      </w:tc>
    </w:tr>
  </w:tbl>
  <w:p w14:paraId="671BC00E" w14:textId="4745CABD" w:rsidR="00DD3AEC" w:rsidRDefault="00DD3AEC">
    <w:pPr>
      <w:pStyle w:val="stBilgi"/>
    </w:pPr>
  </w:p>
  <w:p w14:paraId="76BCA770" w14:textId="77777777" w:rsidR="00DD3AEC" w:rsidRDefault="00DD3AE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6353130">
    <w:abstractNumId w:val="8"/>
  </w:num>
  <w:num w:numId="2" w16cid:durableId="586311044">
    <w:abstractNumId w:val="6"/>
  </w:num>
  <w:num w:numId="3" w16cid:durableId="137571236">
    <w:abstractNumId w:val="5"/>
  </w:num>
  <w:num w:numId="4" w16cid:durableId="1617902792">
    <w:abstractNumId w:val="4"/>
  </w:num>
  <w:num w:numId="5" w16cid:durableId="1252735117">
    <w:abstractNumId w:val="7"/>
  </w:num>
  <w:num w:numId="6" w16cid:durableId="2120177366">
    <w:abstractNumId w:val="3"/>
  </w:num>
  <w:num w:numId="7" w16cid:durableId="756177490">
    <w:abstractNumId w:val="2"/>
  </w:num>
  <w:num w:numId="8" w16cid:durableId="1356805937">
    <w:abstractNumId w:val="1"/>
  </w:num>
  <w:num w:numId="9" w16cid:durableId="2129469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16C5"/>
    <w:rsid w:val="000A2930"/>
    <w:rsid w:val="000C4C8F"/>
    <w:rsid w:val="0015074B"/>
    <w:rsid w:val="00180A3E"/>
    <w:rsid w:val="001B495C"/>
    <w:rsid w:val="00227932"/>
    <w:rsid w:val="002729D5"/>
    <w:rsid w:val="00287051"/>
    <w:rsid w:val="0029639D"/>
    <w:rsid w:val="003123BF"/>
    <w:rsid w:val="00326F90"/>
    <w:rsid w:val="00574A66"/>
    <w:rsid w:val="006438F5"/>
    <w:rsid w:val="006B6962"/>
    <w:rsid w:val="00726502"/>
    <w:rsid w:val="008F516D"/>
    <w:rsid w:val="00A43E2F"/>
    <w:rsid w:val="00AA1D8D"/>
    <w:rsid w:val="00B47730"/>
    <w:rsid w:val="00C12A0A"/>
    <w:rsid w:val="00C223DE"/>
    <w:rsid w:val="00CB0664"/>
    <w:rsid w:val="00DD3AEC"/>
    <w:rsid w:val="00DF740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10C9C"/>
  <w14:defaultImageDpi w14:val="300"/>
  <w15:docId w15:val="{57158CC9-4B88-4E11-B8A0-80C1E480D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Users</cp:lastModifiedBy>
  <cp:revision>16</cp:revision>
  <dcterms:created xsi:type="dcterms:W3CDTF">2013-12-23T23:15:00Z</dcterms:created>
  <dcterms:modified xsi:type="dcterms:W3CDTF">2025-06-03T13:16:00Z</dcterms:modified>
  <cp:category/>
</cp:coreProperties>
</file>